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הדמויות והסיפורים המרכזיים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מיתוס, מטמורפוזה ואפקט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המסכם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שפה, אמונה באותם אלים ותחרויות משותפות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בבבואה שלו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מי שחושב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ד – לחזות את מזג האוויר של 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ההרים חילקו את הארץ לעמקים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ג –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ד – ציפיות גבוהות מאדם משפרות את הישגיו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א – כי הסיפורים עברו מפה לאוזן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ג – ריאה הסתירה אותו בכרתים ונתנה לקרונוס אבן עטופה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13. ג – על שם הטיטאן שנושא את השמים על כתפיו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14. ג – יופיטר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מספר המיתוס על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יוון הייתה מחולקת לערים עצמאיות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הסיפור על 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זאוס כעס על כך ופרומתאוס נענש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מיתוסים מסבירים תופעות טבע אך לא חוזים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מקור השם אטלס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יופיטר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כרתים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(פתחה כד עם רעות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(התאהב בבבואה שלו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(קיבל משאלה שהפכה הכל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(הביא אש לבני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(נושא את השמים על כתפיו)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 על זאוס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קרונוס בולע את ילדיו מפחד שיודחו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ריאה מחליטה להציל את זאוס התינוק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ריאה נותנת לקרונוס אבן עטופה בבד במקום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ריאה מסתירה את זאוס באי כרתים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זאוס גדל והופך למלך האלים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מיתוס ויסבירו ערך כמו גאווה, סקרנות, חמדנות או נתינה, תוך קישור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מציין לפחות תפקיד אחד: הסבר תופעות, לימוד ערכים, חיבור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מטמורפוזה נכונה כמו ארכנה לעכביש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ששמות האלים שונים אך הדמות דומה, למשל זאוס-יופיטר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לזוגות ולתת זמן קצוב לכל חלק כהכנה אמיתית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התשובות השגויות ברב-ברירה ולהסביר למה הן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להוריד את הפריטים המסומנים כקשים ולהתמקד בעיקר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מסכם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תתרגלו סיפורים ומילים חשובות על האלים היווניים. זה יעזור לכם להתכונן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של עם קדום שמסביר את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למשל מאדם לצמח או לבעל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קדום וענק, מהדור שלפני זאוס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שבו גרים האלים היווניים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אפקט פיגמליון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כשציפיות גבוהות מאדם גורמות לו להצליח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פנדורה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הראשונה לפי המיתולוגיה, שפתחה כד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פרומתאוס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טיטאן שהביא אש לבני האדם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פוליתאיזם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בהרבה 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נשאר בכד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משותף לכל הערים ביוון?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מטבע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אותו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התאהב נרקיס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באלה יפהפייה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בבבואה שלו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בפרח נדיר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נתן למידס את הכוח להפוך דברים לזהב?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השם פרומתאוס?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האש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שחושב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לארכנה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המיתוס לא נועד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תופעות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לחזות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היו ביוון הרבה ערים נפרדות?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היו ביוון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ההרים חילקו את הארץ לעמקים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כל היוונים דיברו 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האלים אסרו להתאחד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פרומתאוס נתן לבני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כנפיים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המשמעות של אפקט פיגמליון?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עצמית מוגזמת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שלא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מפסלים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ציפיות גבוהות מאדם משפרות את הישגיו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11. למה יש כמה גרסאות לאותו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הסיפורים עברו מפה לאוזן במשך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תורגמו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כל אל כתב גרסה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היה לכתוב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12. איך זאוס לא נבלע על ידי אביו?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פוסידון הציל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ברח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ריאה הסתירה אותו בכרתים ונתנה לקרונוס אבן עטופה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נולד אחרי שקרונוס 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13. למה קוראים לספר מפות אטלס?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עיר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הטיטאן שנושא את השמים על כתפיו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הר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14. איך קוראים לזאוס ברומא?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יופיטר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פנדורה פתחה כד שהכיל את כל רעות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ערי יוון העתיקה היו מאוחדות תחת מלך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נענש על כך שהביא אש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נועדו בעיקר לחזות את מזג האוויר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אטלס נקרא על שם טיטאן שנושא את השמים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מידס ביקש משאלה שכל מה שיגע בו יהפוך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ארכנה הפכה בסוף הסיפור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פרומתאוס הביא לבני האדם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הרומי של זאוס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ריאה הסתירה את זאוס התינוק באי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בכד של פנדורה נשארה בסוף רק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לסיפור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הביא אש לבני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נושא את השמים על כתפיו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התאהב בבבואה שלו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קיבל משאלה שהפכה הכל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אטלס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פתחה כד עם רעות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 על זאוס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נותנת לקרונוס אבן עטופה בבד במקום זאוס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מסתירה את זאוס באי כרתים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בולע את ילדיו מפחד שיודחו ממנו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גדל והופך למלך האלים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ריאה מחליטה להציל את זאוס התינוק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מהמיתוסים שלמדתם (פנדורה, נרקיס, מידס, ארכנה או פרומתאוס) והסבירו איזה ערך או לקח ניתן ללמוד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מיתוס לפי מה שלמדתם?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למטמורפוזה (שינוי צורה) מהסיפורים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אלי יוון לאלי רומא בשמותיהם?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מסכם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