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מסכם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הדמויות והסיפורים המרכזיים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כמו מיתוס, מטמורפוזה ואפקט פיגמליון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המסכם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שפה, אמונה באותם אלים ותחרויות משותפות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בבבואה שלו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מי שחושב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ד – לחזות את מזג האוויר של 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ההרים חילקו את הארץ לעמקים נפרדים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ג – 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ד – ציפיות גבוהות מאדם משפרות את הישגיו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11. א – כי הסיפורים עברו מפה לאוזן במשך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12. ג – ריאה הסתירה אותו בכרתים ונתנה לקרונוס אבן עטופה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13. ג – על שם הטיטאן שנושא את השמים על כתפיו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14. ג – יופיטר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מספר המיתוס על פנדורה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יוון הייתה מחולקת לערים עצמאיות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תוכן הסיפור על נרקיס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זאוס כעס על כך ופרומתאוס נענש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מיתוסים מסבירים תופעות טבע אך לא חוזים מזג 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מוסבר מקור השם אטלס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יופיטר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כרתים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הדמות לסיפור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(פתחה כד עם רעות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(התאהב בבבואה שלו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(קיבל משאלה שהפכה הכל לזהב)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(הפכה לעכביש)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(הביא אש לבני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(נושא את השמים על כתפיו)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הסיפור על זאוס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קרונוס בולע את ילדיו מפחד שיודחו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ריאה מחליטה להציל את זאוס התינוק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ריאה נותנת לקרונוס אבן עטופה בבד במקום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ריאה מסתירה את זאוס באי כרתים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זאוס גדל והופך למלך האלים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יבחרו מיתוס ויסבירו ערך כמו גאווה, סקרנות, חמדנות או נתינה, תוך קישור לעלילת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מציין לפחות תפקיד אחד: הסבר תופעות, לימוד ערכים, חיבור בין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מזכיר מטמורפוזה נכונה כמו ארכנה לעכביש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ששמות האלים שונים אך הדמות דומה, למשל זאוס-יופיטר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לזוגות ולתת זמן קצוב לכל חלק כהכנה אמיתית למבחן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התשובות השגויות ברב-ברירה ולהסביר למה הן לא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להוריד את הפריטים המסומנים כקשים ולהתמקד בעיקר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מסכם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מסכם את הסיפורים והמושגים שלמדתם ביחידה על המיתולוגיה היוונית - האלים, הגיבורים והמטמורפוזות. פתרו את התרגילים כהכנה למבחן.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נשאר בכד של פנדורה בסופו של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איחד את כל ערי יוון העתיקה?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מטבע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מלך אחד לכולן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שפה, אמונה באותם אלים ותחרויות משותפות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אותו 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התאהב נרקיס?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באלה יפהפייה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בבבואה שלו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בפרח נדיר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העניק למידס את המשאלה שהפכה הכל לזהב?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דיוניסוס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השם "פרומתאוס"?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בן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שאוהב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מלך האש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שחושב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הפכה ארכנה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לינשוף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מהבאים אינו תפקיד של המיתוס?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להסביר תופעות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לחזות את מזג האוויר של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מדוע קמו ביוון ערים עצמאיות רבות ולא ממלכה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היו ביוון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ההרים חילקו את הארץ לעמקים נפרדים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כל היוונים דיברו שפות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האלים אסרו להתאחד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 הביא פרומתאוס לבני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כנפיים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מה פירוש "אפקט פיגמליון"?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עצמית מוגזמת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 שלא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 מפסלים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ציפיות גבוהות מאדם משפרות את הישגיו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11. מדוע לאותו מיתוס יש לפעמים כמה גרסאות?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הסיפורים עברו מפה לאוזן במשך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תורגמו לאנגלית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כל אל כתב גרסה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אסור היה לכתוב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12. איך ניצל זאוס מאביו קרונוס?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פוסידון הציל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ברח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ריאה הסתירה אותו בכרתים ונתנה לקרונוס אבן עטופה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נולד אחרי שקרונוס 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13. מדוע ספר מפות נקרא "אטלס"?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שם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שם עיר ביוון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שם הטיטאן שנושא את השמים על כתפיו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שם הר האולימפוס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14. מה השם הרומי של זאוס?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מינרווה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יופיטר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פנדורה פתחה כד שהכיל את כל רעות העולם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ערי יוון העתיקה היו מאוחדות תחת מלך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התאהב בבבואה של עצמו במים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פרומתאוס נענש על כך שהביא אש לבני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מיתוסים נועדו בעיקר לחזות את מזג האוויר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אטלס נקרא על שם טיטאן שנושא את השמים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מידס ביקש משאלה שכל מה שיגע בו יהפוך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ארכנה הפכה בסוף הסיפור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פרומתאוס הביא לבני האדם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השם הרומי של זאוס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ריאה הסתירה את זאוס התינוק באי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בכד של פנדורה נשארה בסוף רק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הדמות לסיפור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פנדורה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הפכה לעכביש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קיבל משאלה שהפכה הכל לזהב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התאהב בבבואה שלו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פתחה כד עם רעות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נושא את השמים על כתפיו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אטלס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הביא אש לבני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הסיפור על זאוס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ריאה מחליטה להציל את זאוס התינוק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ריאה מסתירה את זאוס באי כרתים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גדל והופך למלך האלים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ריאה נותנת לקרונוס אבן עטופה בבד במקום זאוס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קרונוס בולע את ילדיו מפחד שיודחו ממנו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מהמיתוסים שלמדתם (פנדורה, נרקיס, מידס, ארכנה או פרומתאוס) והסבירו איזה ערך או לקח ניתן ללמוד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מיתוס לפי מה שלמדתם?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דוגמה אחת למטמורפוזה (שינוי צורה) מהסיפורים שלמדתם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אלי יוון לאלי רומא בשמותיהם?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מבחן מסכם במיתולוגיה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